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Why the Court Isn’t So Scary After All</w:t>
      </w:r>
    </w:p>
    <w:p>
      <w:r>
        <w:rPr>
          <w:b/>
          <w:sz w:val="24"/>
        </w:rPr>
        <w:t>AERA ARK | Public comments and creator replies</w:t>
      </w:r>
    </w:p>
    <w:p>
      <w:pPr/>
      <w:r>
        <w:t>Source: https://www.facebook.com/reel/2263972654369722</w:t>
      </w:r>
    </w:p>
    <w:p>
      <w:r>
        <w:rPr>
          <w:i/>
        </w:rPr>
        <w:t>Comments captured November 3, 2026, at approximately 1:16 a.m. Pacific time.</w:t>
      </w:r>
    </w:p>
    <w:p>
      <w:pPr/>
      <w:r>
        <w:t>Editorial note: Comments are reproduced from the supplied public-discussion record, with contributor names and original wording retained. Formatting, spacing, and platform interface clutter have been normalized. The comments reflect their authors’ views and are not independently verified legal findings. Original layout and some embedded reactions/media are not reproduced.</w:t>
      </w:r>
    </w:p>
    <w:p>
      <w:pPr>
        <w:pStyle w:val="Heading1"/>
      </w:pPr>
      <w:r>
        <w:t>Public discussion</w:t>
      </w:r>
    </w:p>
    <w:p>
      <w:pPr>
        <w:pStyle w:val="CommentAuthor"/>
      </w:pPr>
      <w:r>
        <w:t>01  Sophia-Taniah Theonewhoflowswiththeriver</w:t>
      </w:r>
    </w:p>
    <w:p>
      <w:pPr>
        <w:ind w:left="274"/>
      </w:pPr>
      <w:r>
        <w:t>AERA ARK, good day, Brandi, I’m currently assisting a friend with an appeal involving a custody matter, and I believe it would be beneficial for me to read Wendy’s original Challenge Letter for research and comparison.</w:t>
      </w:r>
    </w:p>
    <w:p>
      <w:pPr>
        <w:ind w:left="274"/>
      </w:pPr>
      <w:r>
        <w:t>Would you please provide me with a link to Wendy’s original letter, if it is publicly available?</w:t>
      </w:r>
    </w:p>
    <w:p>
      <w:pPr>
        <w:ind w:left="274"/>
      </w:pPr>
      <w:r>
        <w:t>If there isn’t a public link available, would you be able to attach a copy here through Messenger or email it to me at justice1429rs@gmail.com?</w:t>
      </w:r>
    </w:p>
    <w:p>
      <w:pPr>
        <w:ind w:left="274"/>
      </w:pPr>
      <w:r>
        <w:t>Thank you so much.</w:t>
      </w:r>
    </w:p>
    <w:p>
      <w:pPr>
        <w:pStyle w:val="CommentAuthor"/>
      </w:pPr>
      <w:r>
        <w:t>02  AERA ARK  ·  Video creator</w:t>
      </w:r>
    </w:p>
    <w:p>
      <w:pPr>
        <w:ind w:left="274"/>
      </w:pPr>
      <w:r>
        <w:t>More info- https://linktr.ee/AeraArk</w:t>
      </w:r>
    </w:p>
    <w:p>
      <w:pPr>
        <w:ind w:left="274"/>
      </w:pPr>
      <w:r>
        <w:t>Telegram- https://tr.ee/AeraTelegrams</w:t>
      </w:r>
    </w:p>
    <w:p>
      <w:pPr>
        <w:ind w:left="274"/>
      </w:pPr>
      <w:r>
        <w:t>Join our Weekly Gatherings- tr.ee/WeeklyZooms</w:t>
      </w:r>
    </w:p>
    <w:p>
      <w:pPr>
        <w:ind w:left="274"/>
      </w:pPr>
      <w:r>
        <w:t>Thanks for tuning in and aligning with us in this moment! https://www.facebook.com/AeraArk/subscribenow...</w:t>
      </w:r>
    </w:p>
    <w:p>
      <w:pPr>
        <w:pStyle w:val="CommentAuthor"/>
      </w:pPr>
      <w:r>
        <w:t>03  Lillian Walker</w:t>
      </w:r>
    </w:p>
    <w:p>
      <w:pPr>
        <w:ind w:left="274"/>
      </w:pPr>
      <w:r>
        <w:t>AERA ARK I love that you post these links so it's handy for us.</w:t>
      </w:r>
    </w:p>
    <w:p>
      <w:pPr>
        <w:pStyle w:val="CommentAuthor"/>
      </w:pPr>
      <w:r>
        <w:t>04  Dee Naga-Stephens</w:t>
      </w:r>
    </w:p>
    <w:p>
      <w:pPr>
        <w:ind w:left="274"/>
      </w:pPr>
      <w:r>
        <w:t>Hi Brandi!! I actually have a video of a Judge in court telling a woman that if she really believed a “person or the court had no jurisdiction over her she shouldn’t have shown up”</w:t>
      </w:r>
    </w:p>
    <w:p>
      <w:pPr>
        <w:ind w:left="274"/>
      </w:pPr>
      <w:r>
        <w:t>This was a confirmation I received yesterday. I’ll share it here for future reference. Thank you for all you do!!!</w:t>
      </w:r>
    </w:p>
    <w:p>
      <w:pPr>
        <w:pStyle w:val="CommentAuthor"/>
      </w:pPr>
      <w:r>
        <w:t>05  Donna Marie</w:t>
      </w:r>
    </w:p>
    <w:p>
      <w:pPr>
        <w:ind w:left="274"/>
      </w:pPr>
      <w:r>
        <w:t>Sounds like another tshirt....Sounds like a you problem. lmao.</w:t>
      </w:r>
    </w:p>
    <w:p>
      <w:pPr>
        <w:ind w:left="274"/>
      </w:pPr>
      <w:r>
        <w:t>Great info!</w:t>
      </w:r>
    </w:p>
    <w:p>
      <w:pPr>
        <w:pStyle w:val="CommentAuthor"/>
      </w:pPr>
      <w:r>
        <w:t>06  George Pynn</w:t>
      </w:r>
    </w:p>
    <w:p>
      <w:pPr>
        <w:ind w:left="274"/>
      </w:pPr>
      <w:r>
        <w:t>Looks like BALM for the brain</w:t>
      </w:r>
    </w:p>
    <w:p>
      <w:pPr>
        <w:pStyle w:val="CommentAuthor"/>
      </w:pPr>
      <w:r>
        <w:t>07  George Pynn</w:t>
      </w:r>
    </w:p>
    <w:p>
      <w:pPr>
        <w:ind w:left="274"/>
      </w:pPr>
      <w:r>
        <w:t>Ointment</w:t>
      </w:r>
    </w:p>
    <w:p>
      <w:pPr>
        <w:pStyle w:val="CommentAuthor"/>
      </w:pPr>
      <w:r>
        <w:t>08  Shawn R. Tardif</w:t>
      </w:r>
    </w:p>
    <w:p>
      <w:pPr>
        <w:ind w:left="274"/>
      </w:pPr>
      <w:r>
        <w:t>My story vs his -tory</w:t>
      </w:r>
    </w:p>
    <w:p>
      <w:pPr>
        <w:pStyle w:val="CommentAuthor"/>
      </w:pPr>
      <w:r>
        <w:t>09  Jeff Wittren</w:t>
      </w:r>
    </w:p>
    <w:p>
      <w:pPr>
        <w:ind w:left="274"/>
      </w:pPr>
      <w:r>
        <w:t>Every ticket appearance action in commerce creates suritys and bonds that gose in that fund you are talking about officer get a peace judge get a peace al people working of court hats a peace</w:t>
      </w:r>
    </w:p>
    <w:p>
      <w:pPr>
        <w:pStyle w:val="CommentAuthor"/>
      </w:pPr>
      <w:r>
        <w:t>10  Rudo Gunxalez</w:t>
      </w:r>
    </w:p>
    <w:p>
      <w:pPr>
        <w:ind w:left="274"/>
      </w:pPr>
      <w:r>
        <w:t>How well does that work in family Court... I'm a father who is alienated from his children...</w:t>
      </w:r>
    </w:p>
    <w:p>
      <w:pPr>
        <w:pStyle w:val="CommentAuthor"/>
      </w:pPr>
      <w:r>
        <w:t>11  Lillian Walker</w:t>
      </w:r>
    </w:p>
    <w:p>
      <w:pPr>
        <w:ind w:left="274"/>
      </w:pPr>
      <w:r>
        <w:t>Letterstream.com is best for.bulk you can send.for under $12 with electronic mail receipt.</w:t>
      </w:r>
    </w:p>
    <w:p>
      <w:pPr>
        <w:pStyle w:val="CommentAuthor"/>
      </w:pPr>
      <w:r>
        <w:t>12  Chad Everett</w:t>
      </w:r>
    </w:p>
    <w:p>
      <w:pPr>
        <w:ind w:left="274"/>
      </w:pPr>
      <w:r>
        <w:t>I have a particular situation that I would like to share with you but, I cannot do it on public post. I'm not tech savvy so how do I get a private message to you?</w:t>
      </w:r>
    </w:p>
    <w:p>
      <w:pPr>
        <w:pStyle w:val="CommentAuthor"/>
      </w:pPr>
      <w:r>
        <w:t>13  AERA ARK  ·  Video creator</w:t>
      </w:r>
    </w:p>
    <w:p>
      <w:pPr>
        <w:ind w:left="274"/>
      </w:pPr>
      <w:r>
        <w:t>Chad Everett you can schedule a consultation on our site. We have a lot on our plate at the moment and we have created multiple outlets for anyone to be able to ask us questions on their certain situations.</w:t>
      </w:r>
    </w:p>
    <w:p>
      <w:pPr>
        <w:pStyle w:val="CommentAuthor"/>
      </w:pPr>
      <w:r>
        <w:t>14  Emanuel Shearod</w:t>
      </w:r>
    </w:p>
    <w:p>
      <w:pPr>
        <w:ind w:left="274"/>
      </w:pPr>
      <w:r>
        <w:t>WHY ALLOW IT TO GET TO THE COURTS..THE FRAUD WAS CONDUCTED AT THE CLOSING TABLE..THEIR COULD NEVER BE A FORECLOSURE PROCESS AT ALL..IN FACT THE DECEPTION WAS CREATED BEFORE THE CLOSING DATE. THESE PIECES OF PAPERS/ LEGAL DOCUMENTS WERE CREATED TO DECEIVE AND PRESENT UNCLEAN HANDS AT THE CLOSING TABLE...GUARANTEEING..NO MEETING OF THE MIND TO DEFRAUD THE BORROWER..FRUIT OF THE POISONOUS TREE THEY CANNOT MOVE NOR ACTIVE THE GHOST...THEIR ASS IS ON LOCKDOWN.</w:t>
      </w:r>
    </w:p>
    <w:p>
      <w:pPr>
        <w:pStyle w:val="CommentAuthor"/>
      </w:pPr>
      <w:r>
        <w:t>15  AERA ARK  ·  Video creator</w:t>
      </w:r>
    </w:p>
    <w:p>
      <w:pPr>
        <w:ind w:left="274"/>
      </w:pPr>
      <w:r>
        <w:t>Emanuel Shearod why are you yelling lmao and our process stops it from going to court but some of these agencies are fools and they will still try to take it to court which they have every aethority to do for themselves. It's funny watching people say "you can't control my will" while simultaneously seeing them try to control anothers will... makes no sense.</w:t>
      </w:r>
    </w:p>
    <w:p>
      <w:pPr>
        <w:pStyle w:val="CommentAuthor"/>
      </w:pPr>
      <w:r>
        <w:t>16  Emanuel Shearod</w:t>
      </w:r>
    </w:p>
    <w:p>
      <w:pPr>
        <w:ind w:left="274"/>
      </w:pPr>
      <w:r>
        <w:t>AERA ARK you know capital letters are just capital letters it as nothing to do with yelling your intelligent...your not a follower your a leader.</w:t>
      </w:r>
    </w:p>
    <w:p>
      <w:pPr>
        <w:pStyle w:val="CommentAuthor"/>
      </w:pPr>
      <w:r>
        <w:t>17  Anne Wallace</w:t>
      </w:r>
    </w:p>
    <w:p>
      <w:pPr>
        <w:ind w:left="274"/>
      </w:pPr>
      <w:r>
        <w:t>I will be back on live once I get through this Uni course but for now doing the replay</w:t>
      </w:r>
    </w:p>
    <w:p>
      <w:pPr>
        <w:pStyle w:val="CommentAuthor"/>
      </w:pPr>
      <w:r>
        <w:t>18  AERA ARK  ·  Video creator</w:t>
      </w:r>
    </w:p>
    <w:p>
      <w:pPr>
        <w:ind w:left="274"/>
      </w:pPr>
      <w:r>
        <w:t>Anne Wallace see you soon!</w:t>
      </w:r>
    </w:p>
    <w:p>
      <w:pPr>
        <w:pStyle w:val="CommentAuthor"/>
      </w:pPr>
      <w:r>
        <w:t>19  Bruno Umbro</w:t>
      </w:r>
    </w:p>
    <w:p>
      <w:pPr>
        <w:ind w:left="274"/>
      </w:pPr>
      <w:r>
        <w:t>It’s all bullshit. Only a few states recognize Bifurication ( separate the nite from deed and partner each one with fraudulent fake note and deed</w:t>
      </w:r>
    </w:p>
    <w:p>
      <w:pPr>
        <w:ind w:left="274"/>
      </w:pPr>
      <w:r>
        <w:t>I’m helping g a family member and I gave pennymac so fucked up the are just sending mail to renegotiate. Nope , the loan been thru four banks which renders moot , it’s not bilaterally executed, right from inception when they’re going through you know the paperwork they don’t actually tell you what you are. They just give you the name of it and fly thru . over it.</w:t>
      </w:r>
    </w:p>
    <w:p>
      <w:pPr>
        <w:ind w:left="274"/>
      </w:pPr>
      <w:r>
        <w:t>The simple fact that from infancy of this bullshit made up non-agreement they have intently deceptive everybody one making you believe that banks actually lend money too, making you believe that you’re actually the debtor when you’re the credit so based on just that to violate the doctrine of the fruit from the poisonous tree and deceptive from inception it’s Ab Initio . You know just like on my divorce and I said divorced in accordance with a rule Nisa because basically they’re all bank transactions. It’s all rule DC and all fucking fake actors file fraudulently every Friday violating me. It’s just so fucked up so what you gotta do but I would think issue with 93 A Massachusetts and they get 30 days to keep it quiet no they’ve been caught and it never makes court now that don’t work that you get them at court but they can’t answer questions. They can’t so what I love to do is file things after the land court regular court registry of deeds whenever observant but anybody the clerk I don’t give a shit who it is. I have the sheriff department serve certified mail because when they try not to take it and make up some fucking bullshit lie at the rap boat you want as long as you stay steady and keep up with the writing. Don’t speak on the phone do everything within four corners. I find it quite fun. I saved the board go to Wisconsin that was easy. I love you guys. I’m doing talk to text walking my dog so you must be fucking in German you don’t understand my English.</w:t>
      </w:r>
    </w:p>
    <w:p>
      <w:pPr>
        <w:pStyle w:val="CommentAuthor"/>
      </w:pPr>
      <w:r>
        <w:t>20  AERA ARK  ·  Video creator</w:t>
      </w:r>
    </w:p>
    <w:p>
      <w:pPr>
        <w:ind w:left="274"/>
      </w:pPr>
      <w:r>
        <w:t>Bruno Umbro lmfaooo that sounded like a very passionate and amplified walk  its hilarious watching them get stopped because they cant go to court so they hide that little fact and sell the property (paper contract) to another party who thinks they're about to collect on it and then find out they can't move either... before long we will start seeing these companies suing each other</w:t>
      </w:r>
    </w:p>
    <w:p>
      <w:pPr>
        <w:pStyle w:val="CommentAuthor"/>
      </w:pPr>
      <w:r>
        <w:t>21  Lauren Robinson</w:t>
      </w:r>
    </w:p>
    <w:p>
      <w:pPr>
        <w:ind w:left="274"/>
      </w:pPr>
      <w:r>
        <w:t>Bruno Umbro It's The Postal Service That You Stumble Over.. Do The Mechanics.. x</w:t>
      </w:r>
    </w:p>
    <w:p>
      <w:pPr>
        <w:pStyle w:val="CommentAuthor"/>
      </w:pPr>
      <w:r>
        <w:t>22  Heidi Pritchett McGuire</w:t>
      </w:r>
    </w:p>
    <w:p>
      <w:pPr>
        <w:ind w:left="274"/>
      </w:pPr>
      <w:r>
        <w:t>What do you do when your were detained for 6 days. When tried to reserve your rights, you were held longer. Thennn comes an improper writ of possession like I’m some tenant AFTER the fraudulent deed conveyance occured. I’ve lost my home and everything inside it over a fraudulent deed conveyance! Homeless for 8 mths trying to return home.</w:t>
      </w:r>
    </w:p>
    <w:p>
      <w:pPr>
        <w:pStyle w:val="CommentAuthor"/>
      </w:pPr>
      <w:r>
        <w:t>23  AERA ARK  ·  Video creator</w:t>
      </w:r>
    </w:p>
    <w:p>
      <w:pPr>
        <w:ind w:left="274"/>
      </w:pPr>
      <w:r>
        <w:t>Heidi Pritchett McGuire a few things about this... 1. You have no rights to reserve, roles have rights. 2. Animating a role removes legality from the situation and also invites in provess and performance of the role you are animating. 3. Proper or improper by what standard and what authority? 4. Don't go backwards, go forward. 5. Change the internal narrative so you can free yourself from this situation.</w:t>
      </w:r>
    </w:p>
    <w:p>
      <w:pPr>
        <w:pStyle w:val="CommentAuthor"/>
      </w:pPr>
      <w:r>
        <w:t>24  Heidi Pritchett McGuire</w:t>
      </w:r>
    </w:p>
    <w:p>
      <w:pPr>
        <w:ind w:left="274"/>
      </w:pPr>
      <w:r>
        <w:t>AERA ARK…it all started from not submitting to their jurisdiction. It’s been going on for 3 LONG years. I have children. It’s over a false claim/fake debt, of course. 4th wrongful eviction.</w:t>
      </w:r>
    </w:p>
    <w:p>
      <w:pPr>
        <w:pStyle w:val="CommentAuthor"/>
      </w:pPr>
      <w:r>
        <w:t>25  AERA ARK  ·  Video creator</w:t>
      </w:r>
    </w:p>
    <w:p>
      <w:pPr>
        <w:ind w:left="274"/>
      </w:pPr>
      <w:r>
        <w:t>Heidi Pritchett McGuire from what I have seen very clearly outlined by their own system and the fractal mechanisms of reality many think they are challenging jurisdiction but they stand within the jurisdiction they are claiming to challenge while doing it.</w:t>
      </w:r>
    </w:p>
    <w:p>
      <w:pPr>
        <w:pStyle w:val="CommentAuthor"/>
      </w:pPr>
      <w:r>
        <w:t>26  Heidi Pritchett McGuire</w:t>
      </w:r>
    </w:p>
    <w:p>
      <w:pPr>
        <w:ind w:left="274"/>
      </w:pPr>
      <w:r>
        <w:t>AERA ARK….I started ignoring everything - after all of my filing were ignored. I caught on.  I shifted the battlefield to the land records in Georgia. This process to get it back has been hell.</w:t>
      </w:r>
    </w:p>
    <w:p>
      <w:pPr>
        <w:pStyle w:val="CommentAuthor"/>
      </w:pPr>
      <w:r>
        <w:t>27  Robert Dumm</w:t>
      </w:r>
    </w:p>
    <w:p>
      <w:pPr>
        <w:ind w:left="274"/>
      </w:pPr>
      <w:r>
        <w:t>UGO GIRL keep up the good work</w:t>
      </w:r>
    </w:p>
    <w:p>
      <w:pPr>
        <w:pStyle w:val="CommentAuthor"/>
      </w:pPr>
      <w:r>
        <w:t>28  Cristina Sturzu</w:t>
      </w:r>
    </w:p>
    <w:p>
      <w:pPr>
        <w:ind w:left="274"/>
      </w:pPr>
      <w:r>
        <w:t>Hi Aera Ark Team,</w:t>
      </w:r>
    </w:p>
    <w:p>
      <w:pPr>
        <w:ind w:left="274"/>
      </w:pPr>
      <w:r>
        <w:t>Does this system works in UK and EU, please?! Thank you!</w:t>
      </w:r>
    </w:p>
    <w:p>
      <w:pPr>
        <w:pStyle w:val="CommentAuthor"/>
      </w:pPr>
      <w:r>
        <w:t>29  AERA ARK  ·  Video creator</w:t>
      </w:r>
    </w:p>
    <w:p>
      <w:pPr>
        <w:ind w:left="274"/>
      </w:pPr>
      <w:r>
        <w:t>Cristina Sturzu the structure of law we discussed 2 thursdays ago in class is fractal in rvery fiber of reality. So to answer your question yes.</w:t>
      </w:r>
    </w:p>
    <w:p>
      <w:pPr>
        <w:pStyle w:val="CommentAuthor"/>
      </w:pPr>
      <w:r>
        <w:t>30  Saiah Saiah</w:t>
      </w:r>
    </w:p>
    <w:p>
      <w:pPr>
        <w:ind w:left="274"/>
      </w:pPr>
      <w:r>
        <w:t>AS I am watching the video, the thing to do is when you their first notice/claim, put it through the Legal Line Analyzer, create your dos and send them out before this gets to court. their silence put them in default. if they still bring the claim to court, you have all the proof to show they failed to respond. When you get the claim/complaint, you send your paperwork in to the court and the claimant, showing that the matter has been settled. it should be dismissed. one should not have to go to court? maybe i should have put this in the other Legal Line Analyzer group?</w:t>
      </w:r>
    </w:p>
    <w:p>
      <w:pPr>
        <w:pStyle w:val="CommentAuthor"/>
      </w:pPr>
      <w:r>
        <w:t>31  Jeff Wittren</w:t>
      </w:r>
    </w:p>
    <w:p>
      <w:pPr>
        <w:ind w:left="274"/>
      </w:pPr>
      <w:r>
        <w:t>I do not plead at all I can be in capacity with full capabilitie I do not re present myself as a legal fiction state my name like this first name middle name house of last name this removes all adhesion I am living man or woman this way</w:t>
      </w:r>
    </w:p>
    <w:p>
      <w:pPr>
        <w:ind w:left="274"/>
      </w:pPr>
      <w:r>
        <w:t>If you wish the court can have me settled the legal fiction matter because I can be in full capacity with full capabilitie to do so or ask what court your in it matters then challenge juristction</w:t>
      </w:r>
    </w:p>
    <w:p>
      <w:pPr>
        <w:pStyle w:val="CommentAuthor"/>
      </w:pPr>
      <w:r>
        <w:t>32  Saiah Saiah</w:t>
      </w:r>
    </w:p>
    <w:p>
      <w:pPr>
        <w:ind w:left="274"/>
      </w:pPr>
      <w:r>
        <w:t>Hey Brandi, is this video the WGW public zoom call from today? Do you still have the Tuesday Facebook call? I am getting off track and a little lost on when you have the calls. I did get a couple email about some calls a few weeks back but when i tried them they did not work..... any direction on the calls would be appreciated.</w:t>
      </w:r>
    </w:p>
    <w:p>
      <w:pPr>
        <w:pStyle w:val="CommentAuthor"/>
      </w:pPr>
      <w:r>
        <w:t>33  Jeff Wittren</w:t>
      </w:r>
    </w:p>
    <w:p>
      <w:pPr>
        <w:ind w:left="274"/>
      </w:pPr>
      <w:r>
        <w:t>Court dose not have juristction over living breathing man or woman in less you have a victim with harm or damage and a accusser to face living breathing man or woman with a voice to voice what I am accused of</w:t>
      </w:r>
    </w:p>
    <w:p>
      <w:pPr>
        <w:pStyle w:val="CommentAuthor"/>
      </w:pPr>
      <w:r>
        <w:t>34  Dave Paul Witcher</w:t>
      </w:r>
    </w:p>
    <w:p>
      <w:pPr>
        <w:ind w:left="274"/>
      </w:pPr>
      <w:r>
        <w:t>Amazing news</w:t>
      </w:r>
    </w:p>
    <w:p>
      <w:pPr>
        <w:pStyle w:val="CommentAuthor"/>
      </w:pPr>
      <w:r>
        <w:t>35  Chelsea Elizabeth Barnes</w:t>
      </w:r>
    </w:p>
    <w:p>
      <w:pPr>
        <w:ind w:left="274"/>
      </w:pPr>
      <w:r>
        <w:t>Hey how you doing i dont know where my declaration of Resonance is in the email i cant seem to find the download can you please resend</w:t>
      </w:r>
    </w:p>
    <w:p>
      <w:pPr>
        <w:pStyle w:val="CommentAuthor"/>
      </w:pPr>
      <w:r>
        <w:t>36  JoAnn Thomas</w:t>
      </w:r>
    </w:p>
    <w:p>
      <w:pPr>
        <w:ind w:left="274"/>
      </w:pPr>
      <w:r>
        <w:t>CRIS..I'm pretty sure.Funding our own demise you mean ?</w:t>
      </w:r>
    </w:p>
    <w:p>
      <w:pPr>
        <w:pStyle w:val="CommentAuthor"/>
      </w:pPr>
      <w:r>
        <w:t>37  Louisa Behr-Oosthuizen</w:t>
      </w:r>
    </w:p>
    <w:p>
      <w:pPr>
        <w:ind w:left="274"/>
      </w:pPr>
      <w:r>
        <w:t>Thank you</w:t>
      </w:r>
    </w:p>
    <w:sectPr w:rsidR="00FC693F" w:rsidRPr="0006063C" w:rsidSect="00034616">
      <w:footerReference w:type="default" r:id="rId9"/>
      <w:pgSz w:w="12240" w:h="15840"/>
      <w:pgMar w:top="1123" w:right="1339" w:bottom="1066" w:left="133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AERA ARK • Public comments • November 3,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color w:val="222C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C536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93C5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mentAuthor">
    <w:name w:val="Comment Author"/>
    <w:basedOn w:val="Normal"/>
    <w:pPr>
      <w:keepNext/>
      <w:spacing w:before="140" w:after="40"/>
    </w:pPr>
    <w:rPr>
      <w:b/>
      <w:color w:val="154E7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AERA ARK — Why the Court Isn’t So Scary After All — Public Comments</dc:title>
  <dc:subject>Public comments captured November 3 2026</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